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הדרך לגן השעשועים -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החוקים הבסיסיים להליכה בטוחה 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לזהות מדרכה, כביש, מעבר חציה ורמזור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הסדר הנכון לחציית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איפה הולכים?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תמיד להסתכל ימינה ושמאלה לפני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בטוח יותר ללכת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הכביש מיועד למכוניות ומסוכן לשחק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אדום אומר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המקום המיועד לחצייה בטוחה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ימינה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(הליכה בטוחה)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(נסיעת מכוניות)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(אפשר ללכת)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(מקום בטוח לחצות)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תחנה 5: הסדר הנכון לחציית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עומדים על המדרכה ליד 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בהליכה ולא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להסתכל גם בזמן החציה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פתיחת השער לגן השעשועים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לפחות שני חוקי זהירות נכונים כמו הליכה על המדרכה והסתכלות לפני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ימינה ושמאלה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אדום-לעצור, ירוק-ללכת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הדף כמשחק תחנות אמיתי עם פתקים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בתנועה את ההסתכלות ימינה ושמאלה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חשיבות הזהירות בדרכים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הדרך לגן השעשועים -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נפתור ביחד את תחנות חדר הבריחה שבדרך לגן השעשועים, ונתרגל איך הולכים בבטחה ברחוב.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תחנה 1: איפה הולכים?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הולכים ברחוב בלי ללכת על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לפני שחוצים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מסתכלים ימינה ושמאלה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הצבע ברמזור שאומר ללכת?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חוצים את הכביש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ליד מכונית חונה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מאחורי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הצבע ברמזור שאומר לעצור?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תחנה 2: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את הכביש בריצה בלי להסתכל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על המדרכה רחוק מהכביש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בכדור באמצע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כשהרמזור אדום צריך לעצור ולחכות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חציה הוא מקום בטוח לחצות בו את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תחנה 3: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הולכים ברחוב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חוצים את הכביש במעבר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כשהרמזור __________ צריך לעצור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כשהרמזור __________ אפשר ללכת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שחוצים צריך להביט __________ ושמאלה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תחנה 4: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הליכה בטוחה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ללכת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בטוח לחצות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נסיעת מכוניות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תחנה 5: הסדר הנכון לחציית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להסתכל גם בזמן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עומדים על המדרכה ליד מעבר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בהליכה ולא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שאין מכוניות מתקרבות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מביטים ימינה ושמאלה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פתיחת השער לגן השעשועים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 שני חוקים חשובים שלמדתם היום כדי להגיע בבטחה לגן השעשועים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הולכים הולכי רגל ברחוב?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הכביש?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צבע ברמזור אומר לעצור ואיזה אומר ללכת?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הדרך לגן השעשועים -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