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הדרך לגן השעשועים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הבסיסיים להליכה בטוחה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לזהות מדרכה, כביש, מעבר חציה ורמזור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הסדר הנכון לחציית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איפה הולכים?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תמיד להסתכל ימינה ושמאלה לפני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בטוח יותר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אדום אומר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(הליכה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(נסיעת מכוניות)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ללכת)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תחנה 5: הסדר הנכון לחציית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על המדרכה ליד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השער לגן השעשועים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לפחות שני חוקי זהירות נכונים כמו הליכה על המדרכה והסתכלות לפני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ימינה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אדום-לעצור, ירוק-ללכת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הדף כמשחק תחנות אמיתי עם פתקים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בתנועה את ההסתכלות ימינה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חשיבות הזהירות בדרכים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הדרך לגן השעשועים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נפתור ביחד את תחנות חדר הבריחה שבדרך לגן השעשועים, ונתרגל איך הולכים בבטחה 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מדרכה  ·  אדום  ·  חציה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תחנה 1: איפה הולכים?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הולכים ברחוב בלי ללכת על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לפני שחוצים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מסתכלים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חוצים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ליד מכונית חונה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תחנה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את הכביש בריצה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הולכים על המדרכה רחוק מהכביש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כשהרמזור אדום צריך לעצור ולחכות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תחנה 3: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הולכים ברחוב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את הכביש במעבר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כשהרמזור __________ צריך לעצור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תחנה 4: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הליכה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נסיעת מכוניות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תחנה 5: הסדר הנכון לחציית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מביטים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עומדים על המדרכה ליד 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מוודאים שאין מכוניות מתקרבות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פתיחת השער לגן השעשועים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 שני חוקים חשובים שלמדתם היום כדי להגיע בבטחה לגן השעשועים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הולכים הולכי רגל ברחוב?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הכביש?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הדרך לגן השעשועים -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